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B866D4" w14:textId="4F73D15E" w:rsidR="006F27B7" w:rsidRDefault="004C3028">
      <w:pPr>
        <w:spacing w:before="100" w:after="160"/>
        <w:jc w:val="center"/>
        <w:rPr>
          <w:b/>
          <w:color w:val="003B5C"/>
          <w:sz w:val="22"/>
        </w:rPr>
      </w:pPr>
      <w:r>
        <w:rPr>
          <w:b/>
          <w:noProof/>
          <w:color w:val="003B5C"/>
          <w:sz w:val="22"/>
        </w:rPr>
        <w:drawing>
          <wp:anchor distT="0" distB="0" distL="114300" distR="114300" simplePos="0" relativeHeight="251658240" behindDoc="0" locked="0" layoutInCell="1" allowOverlap="1" wp14:anchorId="2933D1C0" wp14:editId="14DD0032">
            <wp:simplePos x="0" y="0"/>
            <wp:positionH relativeFrom="column">
              <wp:posOffset>4687287</wp:posOffset>
            </wp:positionH>
            <wp:positionV relativeFrom="paragraph">
              <wp:posOffset>-292654</wp:posOffset>
            </wp:positionV>
            <wp:extent cx="2091446" cy="1005909"/>
            <wp:effectExtent l="0" t="0" r="4445" b="3810"/>
            <wp:wrapNone/>
            <wp:docPr id="210781679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7816796" name="Picture 2107816796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091446" cy="10059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88A1FF2" w14:textId="729D08AD" w:rsidR="004D29CB" w:rsidRDefault="00000000" w:rsidP="002053AC">
      <w:pPr>
        <w:spacing w:before="100" w:after="160"/>
      </w:pPr>
      <w:r>
        <w:rPr>
          <w:b/>
          <w:color w:val="003B5C"/>
          <w:sz w:val="22"/>
        </w:rPr>
        <w:t>November 2026 Annual General Meeting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10368"/>
      </w:tblGrid>
      <w:tr w:rsidR="004D29CB" w14:paraId="7444D01E" w14:textId="77777777">
        <w:tc>
          <w:tcPr>
            <w:tcW w:w="10368" w:type="dxa"/>
            <w:tcBorders>
              <w:left w:val="single" w:sz="18" w:space="0" w:color="003B5C"/>
            </w:tcBorders>
            <w:shd w:val="clear" w:color="auto" w:fill="FFFFFF"/>
            <w:tcMar>
              <w:top w:w="110" w:type="dxa"/>
              <w:left w:w="150" w:type="dxa"/>
              <w:bottom w:w="110" w:type="dxa"/>
              <w:right w:w="150" w:type="dxa"/>
            </w:tcMar>
          </w:tcPr>
          <w:p w14:paraId="137E4B3A" w14:textId="77777777" w:rsidR="004D29CB" w:rsidRDefault="00000000">
            <w:pPr>
              <w:spacing w:after="60"/>
            </w:pPr>
            <w:r>
              <w:rPr>
                <w:b/>
                <w:color w:val="003B5C"/>
                <w:sz w:val="19"/>
              </w:rPr>
              <w:t>Eligibility and nomination process</w:t>
            </w:r>
          </w:p>
          <w:p w14:paraId="7FDB3584" w14:textId="77777777" w:rsidR="004D29CB" w:rsidRDefault="00000000">
            <w:pPr>
              <w:spacing w:after="20"/>
              <w:ind w:left="216" w:hanging="187"/>
            </w:pPr>
            <w:r>
              <w:rPr>
                <w:color w:val="003B5C"/>
              </w:rPr>
              <w:t xml:space="preserve">• </w:t>
            </w:r>
            <w:r>
              <w:t>Only financial members may be nominated for committee positions. All nominations are confidential.</w:t>
            </w:r>
          </w:p>
          <w:p w14:paraId="01BA58DC" w14:textId="77777777" w:rsidR="004D29CB" w:rsidRDefault="00000000">
            <w:pPr>
              <w:spacing w:after="20"/>
              <w:ind w:left="216" w:hanging="187"/>
            </w:pPr>
            <w:r>
              <w:rPr>
                <w:color w:val="003B5C"/>
              </w:rPr>
              <w:t xml:space="preserve">• </w:t>
            </w:r>
            <w:r>
              <w:t xml:space="preserve">Nominations are for the General Committee, not specific roles. Specific roles will be decided by the new committee </w:t>
            </w:r>
            <w:proofErr w:type="gramStart"/>
            <w:r>
              <w:t>at a later date</w:t>
            </w:r>
            <w:proofErr w:type="gramEnd"/>
            <w:r>
              <w:t>.</w:t>
            </w:r>
          </w:p>
        </w:tc>
      </w:tr>
    </w:tbl>
    <w:p w14:paraId="672A6659" w14:textId="77777777" w:rsidR="004D29CB" w:rsidRDefault="004D29CB">
      <w:pPr>
        <w:spacing w:after="0"/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0368"/>
      </w:tblGrid>
      <w:tr w:rsidR="004D29CB" w14:paraId="049702C9" w14:textId="77777777">
        <w:trPr>
          <w:jc w:val="center"/>
        </w:trPr>
        <w:tc>
          <w:tcPr>
            <w:tcW w:w="10368" w:type="dxa"/>
            <w:shd w:val="clear" w:color="auto" w:fill="003B5C"/>
            <w:tcMar>
              <w:top w:w="100" w:type="dxa"/>
              <w:left w:w="160" w:type="dxa"/>
              <w:bottom w:w="100" w:type="dxa"/>
              <w:right w:w="160" w:type="dxa"/>
            </w:tcMar>
          </w:tcPr>
          <w:p w14:paraId="526C0BF5" w14:textId="77777777" w:rsidR="004D29CB" w:rsidRDefault="00000000">
            <w:pPr>
              <w:spacing w:after="0"/>
            </w:pPr>
            <w:r>
              <w:rPr>
                <w:b/>
                <w:color w:val="FFFFFF"/>
                <w:sz w:val="22"/>
              </w:rPr>
              <w:t>NOMINEE DETAILS</w:t>
            </w:r>
          </w:p>
        </w:tc>
      </w:tr>
    </w:tbl>
    <w:p w14:paraId="0A37501D" w14:textId="77777777" w:rsidR="004D29CB" w:rsidRDefault="004D29CB">
      <w:pPr>
        <w:spacing w:after="0"/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000"/>
        <w:gridCol w:w="5000"/>
      </w:tblGrid>
      <w:tr w:rsidR="004D29CB" w14:paraId="0737D7B3" w14:textId="77777777">
        <w:trPr>
          <w:cantSplit/>
          <w:jc w:val="center"/>
        </w:trPr>
        <w:tc>
          <w:tcPr>
            <w:tcW w:w="5000" w:type="dxa"/>
            <w:tcBorders>
              <w:top w:val="single" w:sz="4" w:space="0" w:color="003B5C"/>
              <w:left w:val="single" w:sz="4" w:space="0" w:color="003B5C"/>
              <w:bottom w:val="single" w:sz="4" w:space="0" w:color="003B5C"/>
              <w:right w:val="single" w:sz="4" w:space="0" w:color="003B5C"/>
            </w:tcBorders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6E4FEFEE" w14:textId="77777777" w:rsidR="004D29CB" w:rsidRDefault="00000000">
            <w:pPr>
              <w:pBdr>
                <w:bottom w:val="single" w:sz="5" w:space="1" w:color="003B5C"/>
              </w:pBdr>
              <w:spacing w:after="0"/>
            </w:pPr>
            <w:r>
              <w:rPr>
                <w:b/>
              </w:rPr>
              <w:t>Full name:</w:t>
            </w:r>
          </w:p>
        </w:tc>
        <w:tc>
          <w:tcPr>
            <w:tcW w:w="5000" w:type="dxa"/>
            <w:tcBorders>
              <w:top w:val="single" w:sz="4" w:space="0" w:color="003B5C"/>
              <w:left w:val="single" w:sz="4" w:space="0" w:color="003B5C"/>
              <w:bottom w:val="single" w:sz="4" w:space="0" w:color="003B5C"/>
              <w:right w:val="single" w:sz="4" w:space="0" w:color="003B5C"/>
            </w:tcBorders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6C4F8B8A" w14:textId="77777777" w:rsidR="004D29CB" w:rsidRDefault="00000000">
            <w:pPr>
              <w:pBdr>
                <w:bottom w:val="single" w:sz="5" w:space="1" w:color="003B5C"/>
              </w:pBdr>
              <w:spacing w:after="0"/>
            </w:pPr>
            <w:r>
              <w:rPr>
                <w:b/>
              </w:rPr>
              <w:t>AusIMM member number:</w:t>
            </w:r>
          </w:p>
        </w:tc>
      </w:tr>
      <w:tr w:rsidR="004D29CB" w14:paraId="52EAA5A3" w14:textId="77777777">
        <w:trPr>
          <w:cantSplit/>
          <w:jc w:val="center"/>
        </w:trPr>
        <w:tc>
          <w:tcPr>
            <w:tcW w:w="5000" w:type="dxa"/>
            <w:tcBorders>
              <w:top w:val="single" w:sz="4" w:space="0" w:color="003B5C"/>
              <w:left w:val="single" w:sz="4" w:space="0" w:color="003B5C"/>
              <w:bottom w:val="single" w:sz="4" w:space="0" w:color="003B5C"/>
              <w:right w:val="single" w:sz="4" w:space="0" w:color="003B5C"/>
            </w:tcBorders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1AE7D974" w14:textId="77777777" w:rsidR="004D29CB" w:rsidRDefault="00000000">
            <w:pPr>
              <w:pBdr>
                <w:bottom w:val="single" w:sz="5" w:space="1" w:color="003B5C"/>
              </w:pBdr>
              <w:spacing w:after="0"/>
            </w:pPr>
            <w:r>
              <w:rPr>
                <w:b/>
              </w:rPr>
              <w:t>Phone (mobile):</w:t>
            </w:r>
          </w:p>
        </w:tc>
        <w:tc>
          <w:tcPr>
            <w:tcW w:w="5000" w:type="dxa"/>
            <w:tcBorders>
              <w:top w:val="single" w:sz="4" w:space="0" w:color="003B5C"/>
              <w:left w:val="single" w:sz="4" w:space="0" w:color="003B5C"/>
              <w:bottom w:val="single" w:sz="4" w:space="0" w:color="003B5C"/>
              <w:right w:val="single" w:sz="4" w:space="0" w:color="003B5C"/>
            </w:tcBorders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5AE31B76" w14:textId="77777777" w:rsidR="004D29CB" w:rsidRDefault="00000000">
            <w:pPr>
              <w:pBdr>
                <w:bottom w:val="single" w:sz="5" w:space="1" w:color="003B5C"/>
              </w:pBdr>
              <w:spacing w:after="0"/>
            </w:pPr>
            <w:r>
              <w:rPr>
                <w:b/>
              </w:rPr>
              <w:t>Phone (work):</w:t>
            </w:r>
          </w:p>
        </w:tc>
      </w:tr>
      <w:tr w:rsidR="004D29CB" w14:paraId="3114083E" w14:textId="77777777">
        <w:trPr>
          <w:cantSplit/>
          <w:jc w:val="center"/>
        </w:trPr>
        <w:tc>
          <w:tcPr>
            <w:tcW w:w="5000" w:type="dxa"/>
            <w:tcBorders>
              <w:top w:val="single" w:sz="4" w:space="0" w:color="003B5C"/>
              <w:left w:val="single" w:sz="4" w:space="0" w:color="003B5C"/>
              <w:bottom w:val="single" w:sz="4" w:space="0" w:color="003B5C"/>
              <w:right w:val="single" w:sz="4" w:space="0" w:color="003B5C"/>
            </w:tcBorders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084443D4" w14:textId="77777777" w:rsidR="004D29CB" w:rsidRDefault="00000000">
            <w:pPr>
              <w:pBdr>
                <w:bottom w:val="single" w:sz="5" w:space="1" w:color="003B5C"/>
              </w:pBdr>
              <w:spacing w:after="0"/>
            </w:pPr>
            <w:r>
              <w:rPr>
                <w:b/>
              </w:rPr>
              <w:t>Email:</w:t>
            </w:r>
          </w:p>
        </w:tc>
        <w:tc>
          <w:tcPr>
            <w:tcW w:w="5000" w:type="dxa"/>
            <w:tcBorders>
              <w:top w:val="single" w:sz="4" w:space="0" w:color="003B5C"/>
              <w:left w:val="single" w:sz="4" w:space="0" w:color="003B5C"/>
              <w:bottom w:val="single" w:sz="4" w:space="0" w:color="003B5C"/>
              <w:right w:val="single" w:sz="4" w:space="0" w:color="003B5C"/>
            </w:tcBorders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6C98853E" w14:textId="77777777" w:rsidR="004D29CB" w:rsidRDefault="00000000">
            <w:pPr>
              <w:pBdr>
                <w:bottom w:val="single" w:sz="5" w:space="1" w:color="003B5C"/>
              </w:pBdr>
              <w:spacing w:after="0"/>
            </w:pPr>
            <w:r>
              <w:rPr>
                <w:b/>
              </w:rPr>
              <w:t>Current occupation:</w:t>
            </w:r>
          </w:p>
        </w:tc>
      </w:tr>
    </w:tbl>
    <w:p w14:paraId="6A8CC962" w14:textId="77777777" w:rsidR="004D29CB" w:rsidRDefault="00000000">
      <w:pPr>
        <w:spacing w:before="100" w:after="60"/>
      </w:pPr>
      <w:r>
        <w:rPr>
          <w:b/>
        </w:rPr>
        <w:t>Optional: I am interested in holding the following position on the committee: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184"/>
        <w:gridCol w:w="5184"/>
      </w:tblGrid>
      <w:tr w:rsidR="004D29CB" w14:paraId="724A8525" w14:textId="77777777">
        <w:trPr>
          <w:cantSplit/>
          <w:jc w:val="center"/>
        </w:trPr>
        <w:tc>
          <w:tcPr>
            <w:tcW w:w="5000" w:type="dxa"/>
            <w:tcBorders>
              <w:top w:val="single" w:sz="4" w:space="0" w:color="003B5C"/>
              <w:left w:val="single" w:sz="4" w:space="0" w:color="003B5C"/>
              <w:bottom w:val="single" w:sz="4" w:space="0" w:color="003B5C"/>
              <w:right w:val="single" w:sz="4" w:space="0" w:color="003B5C"/>
            </w:tcBorders>
            <w:shd w:val="clear" w:color="auto" w:fill="FFFFFF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4C571EAA" w14:textId="77777777" w:rsidR="004D29CB" w:rsidRDefault="00000000">
            <w:pPr>
              <w:spacing w:after="0"/>
            </w:pPr>
            <w:proofErr w:type="gramStart"/>
            <w:r>
              <w:rPr>
                <w:rFonts w:ascii="DejaVu Sans" w:hAnsi="DejaVu Sans"/>
                <w:color w:val="003B5C"/>
                <w:sz w:val="22"/>
              </w:rPr>
              <w:t xml:space="preserve">☐  </w:t>
            </w:r>
            <w:r>
              <w:rPr>
                <w:b/>
              </w:rPr>
              <w:t>AN</w:t>
            </w:r>
            <w:proofErr w:type="gramEnd"/>
            <w:r>
              <w:rPr>
                <w:b/>
              </w:rPr>
              <w:t xml:space="preserve"> EXECUTIVE ROLE</w:t>
            </w:r>
          </w:p>
          <w:p w14:paraId="273955C3" w14:textId="77777777" w:rsidR="004D29CB" w:rsidRDefault="00000000">
            <w:pPr>
              <w:spacing w:after="0"/>
            </w:pPr>
            <w:proofErr w:type="gramStart"/>
            <w:r>
              <w:rPr>
                <w:rFonts w:ascii="DejaVu Sans" w:hAnsi="DejaVu Sans"/>
                <w:color w:val="003B5C"/>
                <w:sz w:val="22"/>
              </w:rPr>
              <w:t xml:space="preserve">☐  </w:t>
            </w:r>
            <w:r>
              <w:t>Chair</w:t>
            </w:r>
            <w:proofErr w:type="gramEnd"/>
          </w:p>
          <w:p w14:paraId="0C5FBE2D" w14:textId="77777777" w:rsidR="004D29CB" w:rsidRDefault="00000000">
            <w:pPr>
              <w:spacing w:after="0"/>
            </w:pPr>
            <w:proofErr w:type="gramStart"/>
            <w:r>
              <w:rPr>
                <w:rFonts w:ascii="DejaVu Sans" w:hAnsi="DejaVu Sans"/>
                <w:color w:val="003B5C"/>
                <w:sz w:val="22"/>
              </w:rPr>
              <w:t xml:space="preserve">☐  </w:t>
            </w:r>
            <w:r>
              <w:t>Vice</w:t>
            </w:r>
            <w:proofErr w:type="gramEnd"/>
            <w:r>
              <w:t>-Chair</w:t>
            </w:r>
          </w:p>
          <w:p w14:paraId="665BF1A5" w14:textId="77777777" w:rsidR="004D29CB" w:rsidRDefault="00000000">
            <w:pPr>
              <w:spacing w:after="0"/>
            </w:pPr>
            <w:proofErr w:type="gramStart"/>
            <w:r>
              <w:rPr>
                <w:rFonts w:ascii="DejaVu Sans" w:hAnsi="DejaVu Sans"/>
                <w:color w:val="003B5C"/>
                <w:sz w:val="22"/>
              </w:rPr>
              <w:t xml:space="preserve">☐  </w:t>
            </w:r>
            <w:r>
              <w:t>Treasurer</w:t>
            </w:r>
            <w:proofErr w:type="gramEnd"/>
          </w:p>
          <w:p w14:paraId="777BD94F" w14:textId="77777777" w:rsidR="004D29CB" w:rsidRDefault="00000000">
            <w:pPr>
              <w:spacing w:after="0"/>
            </w:pPr>
            <w:proofErr w:type="gramStart"/>
            <w:r>
              <w:rPr>
                <w:rFonts w:ascii="DejaVu Sans" w:hAnsi="DejaVu Sans"/>
                <w:color w:val="003B5C"/>
                <w:sz w:val="22"/>
              </w:rPr>
              <w:t xml:space="preserve">☐  </w:t>
            </w:r>
            <w:r>
              <w:t>Secretary</w:t>
            </w:r>
            <w:proofErr w:type="gramEnd"/>
          </w:p>
        </w:tc>
        <w:tc>
          <w:tcPr>
            <w:tcW w:w="5000" w:type="dxa"/>
            <w:tcBorders>
              <w:top w:val="single" w:sz="4" w:space="0" w:color="003B5C"/>
              <w:left w:val="single" w:sz="4" w:space="0" w:color="003B5C"/>
              <w:bottom w:val="single" w:sz="4" w:space="0" w:color="003B5C"/>
              <w:right w:val="single" w:sz="4" w:space="0" w:color="003B5C"/>
            </w:tcBorders>
            <w:shd w:val="clear" w:color="auto" w:fill="FFFFFF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605A5A19" w14:textId="77777777" w:rsidR="004D29CB" w:rsidRDefault="00000000">
            <w:pPr>
              <w:spacing w:after="0"/>
            </w:pPr>
            <w:proofErr w:type="gramStart"/>
            <w:r>
              <w:rPr>
                <w:rFonts w:ascii="DejaVu Sans" w:hAnsi="DejaVu Sans"/>
                <w:color w:val="003B5C"/>
                <w:sz w:val="22"/>
              </w:rPr>
              <w:t xml:space="preserve">☐  </w:t>
            </w:r>
            <w:r>
              <w:rPr>
                <w:b/>
              </w:rPr>
              <w:t>A</w:t>
            </w:r>
            <w:proofErr w:type="gramEnd"/>
            <w:r>
              <w:rPr>
                <w:b/>
              </w:rPr>
              <w:t xml:space="preserve"> NON-EXECUTIVE ROLE</w:t>
            </w:r>
          </w:p>
          <w:p w14:paraId="5A244C45" w14:textId="77777777" w:rsidR="004D29CB" w:rsidRDefault="00000000">
            <w:pPr>
              <w:spacing w:after="0"/>
            </w:pPr>
            <w:proofErr w:type="gramStart"/>
            <w:r>
              <w:rPr>
                <w:rFonts w:ascii="DejaVu Sans" w:hAnsi="DejaVu Sans"/>
                <w:color w:val="003B5C"/>
                <w:sz w:val="22"/>
              </w:rPr>
              <w:t xml:space="preserve">☐  </w:t>
            </w:r>
            <w:r>
              <w:t>Events</w:t>
            </w:r>
            <w:proofErr w:type="gramEnd"/>
            <w:r>
              <w:t xml:space="preserve"> Sub-Committee Coordinator</w:t>
            </w:r>
          </w:p>
          <w:p w14:paraId="68C3DCD6" w14:textId="77777777" w:rsidR="004D29CB" w:rsidRDefault="00000000">
            <w:pPr>
              <w:spacing w:after="0"/>
            </w:pPr>
            <w:proofErr w:type="gramStart"/>
            <w:r>
              <w:rPr>
                <w:rFonts w:ascii="DejaVu Sans" w:hAnsi="DejaVu Sans"/>
                <w:color w:val="003B5C"/>
                <w:sz w:val="22"/>
              </w:rPr>
              <w:t xml:space="preserve">☐  </w:t>
            </w:r>
            <w:r>
              <w:t>Newsletter</w:t>
            </w:r>
            <w:proofErr w:type="gramEnd"/>
            <w:r>
              <w:t xml:space="preserve"> Coordinator</w:t>
            </w:r>
          </w:p>
          <w:p w14:paraId="52019475" w14:textId="77777777" w:rsidR="004D29CB" w:rsidRDefault="00000000">
            <w:pPr>
              <w:spacing w:after="0"/>
            </w:pPr>
            <w:proofErr w:type="gramStart"/>
            <w:r>
              <w:rPr>
                <w:rFonts w:ascii="DejaVu Sans" w:hAnsi="DejaVu Sans"/>
                <w:color w:val="003B5C"/>
                <w:sz w:val="22"/>
              </w:rPr>
              <w:t xml:space="preserve">☐  </w:t>
            </w:r>
            <w:r>
              <w:t>Social</w:t>
            </w:r>
            <w:proofErr w:type="gramEnd"/>
            <w:r>
              <w:t xml:space="preserve"> Media Coordinator</w:t>
            </w:r>
          </w:p>
          <w:p w14:paraId="6526F714" w14:textId="77777777" w:rsidR="004D29CB" w:rsidRDefault="00000000">
            <w:pPr>
              <w:spacing w:after="0"/>
            </w:pPr>
            <w:proofErr w:type="gramStart"/>
            <w:r>
              <w:rPr>
                <w:rFonts w:ascii="DejaVu Sans" w:hAnsi="DejaVu Sans"/>
                <w:color w:val="003B5C"/>
                <w:sz w:val="22"/>
              </w:rPr>
              <w:t xml:space="preserve">☐  </w:t>
            </w:r>
            <w:r>
              <w:t>Community</w:t>
            </w:r>
            <w:proofErr w:type="gramEnd"/>
            <w:r>
              <w:t xml:space="preserve"> Relations Coordinator</w:t>
            </w:r>
          </w:p>
          <w:p w14:paraId="094628F7" w14:textId="77777777" w:rsidR="004D29CB" w:rsidRDefault="00000000">
            <w:pPr>
              <w:spacing w:after="0"/>
            </w:pPr>
            <w:proofErr w:type="gramStart"/>
            <w:r>
              <w:rPr>
                <w:rFonts w:ascii="DejaVu Sans" w:hAnsi="DejaVu Sans"/>
                <w:color w:val="003B5C"/>
                <w:sz w:val="22"/>
              </w:rPr>
              <w:t xml:space="preserve">☐  </w:t>
            </w:r>
            <w:r>
              <w:t>Heritage</w:t>
            </w:r>
            <w:proofErr w:type="gramEnd"/>
            <w:r>
              <w:t xml:space="preserve"> Sub-Committee Coordinator</w:t>
            </w:r>
          </w:p>
          <w:p w14:paraId="61E86E4A" w14:textId="77777777" w:rsidR="004D29CB" w:rsidRDefault="00000000">
            <w:pPr>
              <w:spacing w:after="0"/>
            </w:pPr>
            <w:proofErr w:type="gramStart"/>
            <w:r>
              <w:rPr>
                <w:rFonts w:ascii="DejaVu Sans" w:hAnsi="DejaVu Sans"/>
                <w:color w:val="003B5C"/>
                <w:sz w:val="22"/>
              </w:rPr>
              <w:t xml:space="preserve">☐  </w:t>
            </w:r>
            <w:r>
              <w:t>Education</w:t>
            </w:r>
            <w:proofErr w:type="gramEnd"/>
            <w:r>
              <w:t xml:space="preserve"> Coordinator</w:t>
            </w:r>
          </w:p>
          <w:p w14:paraId="26872754" w14:textId="77777777" w:rsidR="004D29CB" w:rsidRDefault="00000000">
            <w:pPr>
              <w:spacing w:after="0"/>
            </w:pPr>
            <w:proofErr w:type="gramStart"/>
            <w:r>
              <w:rPr>
                <w:rFonts w:ascii="DejaVu Sans" w:hAnsi="DejaVu Sans"/>
                <w:color w:val="003B5C"/>
                <w:sz w:val="22"/>
              </w:rPr>
              <w:t xml:space="preserve">☐  </w:t>
            </w:r>
            <w:r>
              <w:t>Other</w:t>
            </w:r>
            <w:proofErr w:type="gramEnd"/>
            <w:r>
              <w:t>: Trusted Voice Ambassador</w:t>
            </w:r>
          </w:p>
          <w:p w14:paraId="71579CCA" w14:textId="77777777" w:rsidR="004D29CB" w:rsidRDefault="00000000">
            <w:pPr>
              <w:spacing w:after="0"/>
            </w:pPr>
            <w:proofErr w:type="gramStart"/>
            <w:r>
              <w:rPr>
                <w:rFonts w:ascii="DejaVu Sans" w:hAnsi="DejaVu Sans"/>
                <w:color w:val="003B5C"/>
                <w:sz w:val="22"/>
              </w:rPr>
              <w:t xml:space="preserve">☐  </w:t>
            </w:r>
            <w:r>
              <w:t>A</w:t>
            </w:r>
            <w:proofErr w:type="gramEnd"/>
            <w:r>
              <w:t xml:space="preserve"> General Committee Member Role</w:t>
            </w:r>
          </w:p>
        </w:tc>
      </w:tr>
      <w:tr w:rsidR="004D29CB" w14:paraId="7EC8BFFA" w14:textId="77777777">
        <w:trPr>
          <w:cantSplit/>
          <w:jc w:val="center"/>
        </w:trPr>
        <w:tc>
          <w:tcPr>
            <w:tcW w:w="5184" w:type="dxa"/>
            <w:tcBorders>
              <w:top w:val="single" w:sz="4" w:space="0" w:color="003B5C"/>
              <w:left w:val="single" w:sz="4" w:space="0" w:color="003B5C"/>
              <w:bottom w:val="single" w:sz="4" w:space="0" w:color="003B5C"/>
              <w:right w:val="single" w:sz="4" w:space="0" w:color="003B5C"/>
            </w:tcBorders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42AA4E43" w14:textId="77777777" w:rsidR="004D29CB" w:rsidRDefault="00000000">
            <w:pPr>
              <w:pBdr>
                <w:bottom w:val="single" w:sz="5" w:space="1" w:color="003B5C"/>
              </w:pBdr>
              <w:spacing w:after="0"/>
            </w:pPr>
            <w:r>
              <w:rPr>
                <w:b/>
              </w:rPr>
              <w:t>Nominee signature:</w:t>
            </w:r>
          </w:p>
        </w:tc>
        <w:tc>
          <w:tcPr>
            <w:tcW w:w="5184" w:type="dxa"/>
            <w:tcBorders>
              <w:top w:val="single" w:sz="4" w:space="0" w:color="003B5C"/>
              <w:left w:val="single" w:sz="4" w:space="0" w:color="003B5C"/>
              <w:bottom w:val="single" w:sz="4" w:space="0" w:color="003B5C"/>
              <w:right w:val="single" w:sz="4" w:space="0" w:color="003B5C"/>
            </w:tcBorders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3101716D" w14:textId="77777777" w:rsidR="004D29CB" w:rsidRDefault="00000000">
            <w:pPr>
              <w:pBdr>
                <w:bottom w:val="single" w:sz="5" w:space="1" w:color="003B5C"/>
              </w:pBdr>
              <w:spacing w:after="0"/>
            </w:pPr>
            <w:r>
              <w:rPr>
                <w:b/>
              </w:rPr>
              <w:t>Date:</w:t>
            </w:r>
          </w:p>
        </w:tc>
      </w:tr>
    </w:tbl>
    <w:p w14:paraId="6E489697" w14:textId="123C7FD7" w:rsidR="004D29CB" w:rsidRDefault="00000000" w:rsidP="00E17F45">
      <w:pPr>
        <w:spacing w:before="100" w:beforeAutospacing="1"/>
      </w:pPr>
      <w:r>
        <w:rPr>
          <w:b/>
          <w:color w:val="003B5C"/>
          <w:sz w:val="34"/>
        </w:rPr>
        <w:t>NOMINATOR DETAILS AND SUBMISSION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10368"/>
      </w:tblGrid>
      <w:tr w:rsidR="004D29CB" w14:paraId="1B365210" w14:textId="77777777">
        <w:tc>
          <w:tcPr>
            <w:tcW w:w="10368" w:type="dxa"/>
            <w:tcBorders>
              <w:left w:val="single" w:sz="18" w:space="0" w:color="003B5C"/>
            </w:tcBorders>
            <w:shd w:val="clear" w:color="auto" w:fill="FFFFFF"/>
            <w:tcMar>
              <w:top w:w="120" w:type="dxa"/>
              <w:left w:w="160" w:type="dxa"/>
              <w:bottom w:w="120" w:type="dxa"/>
              <w:right w:w="160" w:type="dxa"/>
            </w:tcMar>
          </w:tcPr>
          <w:p w14:paraId="59D78C47" w14:textId="77777777" w:rsidR="004D29CB" w:rsidRDefault="00000000">
            <w:pPr>
              <w:spacing w:after="0"/>
            </w:pPr>
            <w:r>
              <w:rPr>
                <w:b/>
              </w:rPr>
              <w:t xml:space="preserve">Please complete the nominator details below. </w:t>
            </w:r>
            <w:r>
              <w:t>If nominator details cannot be provided, the form may be completed and ratified at the AGM. The nomination form must still be emailed by 13 November 2026.</w:t>
            </w:r>
          </w:p>
        </w:tc>
      </w:tr>
    </w:tbl>
    <w:p w14:paraId="02EB378F" w14:textId="77777777" w:rsidR="004D29CB" w:rsidRDefault="004D29CB">
      <w:pPr>
        <w:spacing w:after="0"/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0368"/>
      </w:tblGrid>
      <w:tr w:rsidR="004D29CB" w14:paraId="38ABBB98" w14:textId="77777777">
        <w:trPr>
          <w:jc w:val="center"/>
        </w:trPr>
        <w:tc>
          <w:tcPr>
            <w:tcW w:w="10368" w:type="dxa"/>
            <w:shd w:val="clear" w:color="auto" w:fill="003B5C"/>
            <w:tcMar>
              <w:top w:w="100" w:type="dxa"/>
              <w:left w:w="160" w:type="dxa"/>
              <w:bottom w:w="100" w:type="dxa"/>
              <w:right w:w="160" w:type="dxa"/>
            </w:tcMar>
          </w:tcPr>
          <w:p w14:paraId="312645D0" w14:textId="77777777" w:rsidR="004D29CB" w:rsidRDefault="00000000">
            <w:pPr>
              <w:spacing w:after="0"/>
            </w:pPr>
            <w:r>
              <w:rPr>
                <w:b/>
                <w:color w:val="FFFFFF"/>
                <w:sz w:val="22"/>
              </w:rPr>
              <w:t>FIRST NOMINATOR DETAILS</w:t>
            </w:r>
          </w:p>
        </w:tc>
      </w:tr>
    </w:tbl>
    <w:p w14:paraId="6A05A809" w14:textId="77777777" w:rsidR="004D29CB" w:rsidRDefault="004D29CB">
      <w:pPr>
        <w:spacing w:after="0"/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184"/>
        <w:gridCol w:w="5184"/>
        <w:gridCol w:w="50"/>
      </w:tblGrid>
      <w:tr w:rsidR="004D29CB" w14:paraId="48D9FF33" w14:textId="77777777">
        <w:trPr>
          <w:cantSplit/>
          <w:jc w:val="center"/>
        </w:trPr>
        <w:tc>
          <w:tcPr>
            <w:tcW w:w="5184" w:type="dxa"/>
            <w:tcBorders>
              <w:top w:val="single" w:sz="4" w:space="0" w:color="003B5C"/>
              <w:left w:val="single" w:sz="4" w:space="0" w:color="003B5C"/>
              <w:bottom w:val="single" w:sz="4" w:space="0" w:color="003B5C"/>
              <w:right w:val="single" w:sz="4" w:space="0" w:color="003B5C"/>
            </w:tcBorders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7ED5EAF1" w14:textId="77777777" w:rsidR="004D29CB" w:rsidRDefault="00000000">
            <w:pPr>
              <w:pBdr>
                <w:bottom w:val="single" w:sz="5" w:space="1" w:color="003B5C"/>
              </w:pBdr>
              <w:spacing w:after="0"/>
            </w:pPr>
            <w:r>
              <w:rPr>
                <w:b/>
              </w:rPr>
              <w:t>Full name:</w:t>
            </w:r>
          </w:p>
        </w:tc>
        <w:tc>
          <w:tcPr>
            <w:tcW w:w="5184" w:type="dxa"/>
            <w:gridSpan w:val="2"/>
            <w:tcBorders>
              <w:top w:val="single" w:sz="4" w:space="0" w:color="003B5C"/>
              <w:left w:val="single" w:sz="4" w:space="0" w:color="003B5C"/>
              <w:bottom w:val="single" w:sz="4" w:space="0" w:color="003B5C"/>
              <w:right w:val="single" w:sz="4" w:space="0" w:color="003B5C"/>
            </w:tcBorders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5A4F656A" w14:textId="77777777" w:rsidR="004D29CB" w:rsidRDefault="00000000">
            <w:pPr>
              <w:pBdr>
                <w:bottom w:val="single" w:sz="5" w:space="1" w:color="003B5C"/>
              </w:pBdr>
              <w:spacing w:after="0"/>
            </w:pPr>
            <w:r>
              <w:rPr>
                <w:b/>
              </w:rPr>
              <w:t>AusIMM member number:</w:t>
            </w:r>
          </w:p>
        </w:tc>
      </w:tr>
      <w:tr w:rsidR="004D29CB" w14:paraId="72F253A9" w14:textId="77777777">
        <w:trPr>
          <w:cantSplit/>
          <w:jc w:val="center"/>
        </w:trPr>
        <w:tc>
          <w:tcPr>
            <w:tcW w:w="5184" w:type="dxa"/>
            <w:tcBorders>
              <w:top w:val="single" w:sz="4" w:space="0" w:color="003B5C"/>
              <w:left w:val="single" w:sz="4" w:space="0" w:color="003B5C"/>
              <w:bottom w:val="single" w:sz="4" w:space="0" w:color="003B5C"/>
              <w:right w:val="single" w:sz="4" w:space="0" w:color="003B5C"/>
            </w:tcBorders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3F6D6C16" w14:textId="77777777" w:rsidR="004D29CB" w:rsidRDefault="00000000">
            <w:pPr>
              <w:pBdr>
                <w:bottom w:val="single" w:sz="5" w:space="1" w:color="003B5C"/>
              </w:pBdr>
              <w:spacing w:after="0"/>
            </w:pPr>
            <w:r>
              <w:rPr>
                <w:b/>
              </w:rPr>
              <w:t>Signature:</w:t>
            </w:r>
          </w:p>
        </w:tc>
        <w:tc>
          <w:tcPr>
            <w:tcW w:w="5184" w:type="dxa"/>
            <w:gridSpan w:val="2"/>
            <w:tcBorders>
              <w:top w:val="single" w:sz="4" w:space="0" w:color="003B5C"/>
              <w:left w:val="single" w:sz="4" w:space="0" w:color="003B5C"/>
              <w:bottom w:val="single" w:sz="4" w:space="0" w:color="003B5C"/>
              <w:right w:val="single" w:sz="4" w:space="0" w:color="003B5C"/>
            </w:tcBorders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5D4EC514" w14:textId="77777777" w:rsidR="004D29CB" w:rsidRDefault="00000000">
            <w:pPr>
              <w:pBdr>
                <w:bottom w:val="single" w:sz="5" w:space="1" w:color="003B5C"/>
              </w:pBdr>
              <w:spacing w:after="0"/>
            </w:pPr>
            <w:r>
              <w:rPr>
                <w:b/>
              </w:rPr>
              <w:t>Date:</w:t>
            </w:r>
          </w:p>
        </w:tc>
      </w:tr>
      <w:tr w:rsidR="004D29CB" w14:paraId="1B263063" w14:textId="77777777">
        <w:trPr>
          <w:cantSplit/>
          <w:jc w:val="center"/>
        </w:trPr>
        <w:tc>
          <w:tcPr>
            <w:tcW w:w="10368" w:type="dxa"/>
            <w:gridSpan w:val="3"/>
            <w:tcBorders>
              <w:top w:val="single" w:sz="4" w:space="0" w:color="003B5C"/>
              <w:left w:val="single" w:sz="4" w:space="0" w:color="003B5C"/>
              <w:bottom w:val="single" w:sz="4" w:space="0" w:color="003B5C"/>
              <w:right w:val="single" w:sz="4" w:space="0" w:color="003B5C"/>
            </w:tcBorders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19A484B7" w14:textId="77777777" w:rsidR="004D29CB" w:rsidRDefault="00000000">
            <w:pPr>
              <w:pBdr>
                <w:bottom w:val="single" w:sz="5" w:space="1" w:color="003B5C"/>
              </w:pBdr>
              <w:spacing w:after="0"/>
            </w:pPr>
            <w:r>
              <w:rPr>
                <w:b/>
              </w:rPr>
              <w:t>Contact details:</w:t>
            </w:r>
          </w:p>
        </w:tc>
      </w:tr>
      <w:tr w:rsidR="004D29CB" w14:paraId="7CE5AF59" w14:textId="77777777">
        <w:trPr>
          <w:gridAfter w:val="1"/>
          <w:wAfter w:w="50" w:type="dxa"/>
          <w:jc w:val="center"/>
        </w:trPr>
        <w:tc>
          <w:tcPr>
            <w:tcW w:w="10368" w:type="dxa"/>
            <w:gridSpan w:val="2"/>
            <w:shd w:val="clear" w:color="auto" w:fill="003B5C"/>
            <w:tcMar>
              <w:top w:w="100" w:type="dxa"/>
              <w:left w:w="160" w:type="dxa"/>
              <w:bottom w:w="100" w:type="dxa"/>
              <w:right w:w="160" w:type="dxa"/>
            </w:tcMar>
          </w:tcPr>
          <w:p w14:paraId="2E572A91" w14:textId="18816C32" w:rsidR="004D29CB" w:rsidRDefault="00000000">
            <w:pPr>
              <w:spacing w:after="0"/>
            </w:pPr>
            <w:r>
              <w:rPr>
                <w:b/>
                <w:color w:val="FFFFFF"/>
                <w:sz w:val="22"/>
              </w:rPr>
              <w:t>SECOND NOMINATOR DETAILS</w:t>
            </w:r>
          </w:p>
        </w:tc>
      </w:tr>
    </w:tbl>
    <w:p w14:paraId="5A39BBE3" w14:textId="77777777" w:rsidR="004D29CB" w:rsidRDefault="004D29CB">
      <w:pPr>
        <w:spacing w:after="0"/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184"/>
        <w:gridCol w:w="5184"/>
        <w:gridCol w:w="50"/>
      </w:tblGrid>
      <w:tr w:rsidR="004D29CB" w14:paraId="1CA564DC" w14:textId="77777777">
        <w:trPr>
          <w:cantSplit/>
          <w:jc w:val="center"/>
        </w:trPr>
        <w:tc>
          <w:tcPr>
            <w:tcW w:w="5184" w:type="dxa"/>
            <w:tcBorders>
              <w:top w:val="single" w:sz="4" w:space="0" w:color="003B5C"/>
              <w:left w:val="single" w:sz="4" w:space="0" w:color="003B5C"/>
              <w:bottom w:val="single" w:sz="4" w:space="0" w:color="003B5C"/>
              <w:right w:val="single" w:sz="4" w:space="0" w:color="003B5C"/>
            </w:tcBorders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7F6E1AB3" w14:textId="77777777" w:rsidR="004D29CB" w:rsidRDefault="00000000">
            <w:pPr>
              <w:pBdr>
                <w:bottom w:val="single" w:sz="5" w:space="1" w:color="003B5C"/>
              </w:pBdr>
              <w:spacing w:after="0"/>
            </w:pPr>
            <w:r>
              <w:rPr>
                <w:b/>
              </w:rPr>
              <w:t>Full name:</w:t>
            </w:r>
          </w:p>
        </w:tc>
        <w:tc>
          <w:tcPr>
            <w:tcW w:w="5184" w:type="dxa"/>
            <w:gridSpan w:val="2"/>
            <w:tcBorders>
              <w:top w:val="single" w:sz="4" w:space="0" w:color="003B5C"/>
              <w:left w:val="single" w:sz="4" w:space="0" w:color="003B5C"/>
              <w:bottom w:val="single" w:sz="4" w:space="0" w:color="003B5C"/>
              <w:right w:val="single" w:sz="4" w:space="0" w:color="003B5C"/>
            </w:tcBorders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4A2EDAC9" w14:textId="77777777" w:rsidR="004D29CB" w:rsidRDefault="00000000">
            <w:pPr>
              <w:pBdr>
                <w:bottom w:val="single" w:sz="5" w:space="1" w:color="003B5C"/>
              </w:pBdr>
              <w:spacing w:after="0"/>
            </w:pPr>
            <w:r>
              <w:rPr>
                <w:b/>
              </w:rPr>
              <w:t>AusIMM member number:</w:t>
            </w:r>
          </w:p>
        </w:tc>
      </w:tr>
      <w:tr w:rsidR="004D29CB" w14:paraId="5C0C9702" w14:textId="77777777">
        <w:trPr>
          <w:cantSplit/>
          <w:jc w:val="center"/>
        </w:trPr>
        <w:tc>
          <w:tcPr>
            <w:tcW w:w="5184" w:type="dxa"/>
            <w:tcBorders>
              <w:top w:val="single" w:sz="4" w:space="0" w:color="003B5C"/>
              <w:left w:val="single" w:sz="4" w:space="0" w:color="003B5C"/>
              <w:bottom w:val="single" w:sz="4" w:space="0" w:color="003B5C"/>
              <w:right w:val="single" w:sz="4" w:space="0" w:color="003B5C"/>
            </w:tcBorders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46032B70" w14:textId="77777777" w:rsidR="004D29CB" w:rsidRDefault="00000000">
            <w:pPr>
              <w:pBdr>
                <w:bottom w:val="single" w:sz="5" w:space="1" w:color="003B5C"/>
              </w:pBdr>
              <w:spacing w:after="0"/>
            </w:pPr>
            <w:r>
              <w:rPr>
                <w:b/>
              </w:rPr>
              <w:t>Signature:</w:t>
            </w:r>
          </w:p>
        </w:tc>
        <w:tc>
          <w:tcPr>
            <w:tcW w:w="5184" w:type="dxa"/>
            <w:gridSpan w:val="2"/>
            <w:tcBorders>
              <w:top w:val="single" w:sz="4" w:space="0" w:color="003B5C"/>
              <w:left w:val="single" w:sz="4" w:space="0" w:color="003B5C"/>
              <w:bottom w:val="single" w:sz="4" w:space="0" w:color="003B5C"/>
              <w:right w:val="single" w:sz="4" w:space="0" w:color="003B5C"/>
            </w:tcBorders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006817C5" w14:textId="77777777" w:rsidR="004D29CB" w:rsidRDefault="00000000">
            <w:pPr>
              <w:pBdr>
                <w:bottom w:val="single" w:sz="5" w:space="1" w:color="003B5C"/>
              </w:pBdr>
              <w:spacing w:after="0"/>
            </w:pPr>
            <w:r>
              <w:rPr>
                <w:b/>
              </w:rPr>
              <w:t>Date:</w:t>
            </w:r>
          </w:p>
        </w:tc>
      </w:tr>
      <w:tr w:rsidR="004D29CB" w14:paraId="5C1363A5" w14:textId="77777777">
        <w:trPr>
          <w:cantSplit/>
          <w:jc w:val="center"/>
        </w:trPr>
        <w:tc>
          <w:tcPr>
            <w:tcW w:w="10368" w:type="dxa"/>
            <w:gridSpan w:val="3"/>
            <w:tcBorders>
              <w:top w:val="single" w:sz="4" w:space="0" w:color="003B5C"/>
              <w:left w:val="single" w:sz="4" w:space="0" w:color="003B5C"/>
              <w:bottom w:val="single" w:sz="4" w:space="0" w:color="003B5C"/>
              <w:right w:val="single" w:sz="4" w:space="0" w:color="003B5C"/>
            </w:tcBorders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1B4243ED" w14:textId="77777777" w:rsidR="004D29CB" w:rsidRDefault="00000000">
            <w:pPr>
              <w:pBdr>
                <w:bottom w:val="single" w:sz="5" w:space="1" w:color="003B5C"/>
              </w:pBdr>
              <w:spacing w:after="0"/>
            </w:pPr>
            <w:r>
              <w:rPr>
                <w:b/>
              </w:rPr>
              <w:t>Contact details:</w:t>
            </w:r>
          </w:p>
        </w:tc>
      </w:tr>
      <w:tr w:rsidR="004D29CB" w14:paraId="53376F04" w14:textId="77777777">
        <w:trPr>
          <w:gridAfter w:val="1"/>
          <w:wAfter w:w="50" w:type="dxa"/>
          <w:jc w:val="center"/>
        </w:trPr>
        <w:tc>
          <w:tcPr>
            <w:tcW w:w="10368" w:type="dxa"/>
            <w:gridSpan w:val="2"/>
            <w:shd w:val="clear" w:color="auto" w:fill="003B5C"/>
            <w:tcMar>
              <w:top w:w="100" w:type="dxa"/>
              <w:left w:w="160" w:type="dxa"/>
              <w:bottom w:w="100" w:type="dxa"/>
              <w:right w:w="160" w:type="dxa"/>
            </w:tcMar>
          </w:tcPr>
          <w:p w14:paraId="5902D6C8" w14:textId="77777777" w:rsidR="004D29CB" w:rsidRDefault="00000000">
            <w:pPr>
              <w:spacing w:after="0"/>
            </w:pPr>
            <w:r>
              <w:rPr>
                <w:b/>
                <w:color w:val="FFFFFF"/>
                <w:sz w:val="22"/>
              </w:rPr>
              <w:lastRenderedPageBreak/>
              <w:t>IMPORTANT DATES</w:t>
            </w:r>
          </w:p>
        </w:tc>
      </w:tr>
    </w:tbl>
    <w:p w14:paraId="41C8F396" w14:textId="77777777" w:rsidR="004D29CB" w:rsidRDefault="004D29CB">
      <w:pPr>
        <w:spacing w:after="0"/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200"/>
        <w:gridCol w:w="6800"/>
      </w:tblGrid>
      <w:tr w:rsidR="004D29CB" w14:paraId="7E5046F6" w14:textId="77777777">
        <w:trPr>
          <w:cantSplit/>
          <w:jc w:val="center"/>
        </w:trPr>
        <w:tc>
          <w:tcPr>
            <w:tcW w:w="3200" w:type="dxa"/>
            <w:tcBorders>
              <w:top w:val="single" w:sz="4" w:space="0" w:color="003B5C"/>
              <w:left w:val="single" w:sz="4" w:space="0" w:color="003B5C"/>
              <w:bottom w:val="single" w:sz="4" w:space="0" w:color="003B5C"/>
              <w:right w:val="single" w:sz="4" w:space="0" w:color="003B5C"/>
            </w:tcBorders>
            <w:shd w:val="clear" w:color="auto" w:fill="003B5C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065A66CA" w14:textId="77777777" w:rsidR="004D29CB" w:rsidRDefault="00000000">
            <w:r>
              <w:rPr>
                <w:b/>
                <w:color w:val="FFFFFF"/>
              </w:rPr>
              <w:t>Closing date</w:t>
            </w:r>
          </w:p>
        </w:tc>
        <w:tc>
          <w:tcPr>
            <w:tcW w:w="6800" w:type="dxa"/>
            <w:tcBorders>
              <w:top w:val="single" w:sz="4" w:space="0" w:color="003B5C"/>
              <w:left w:val="single" w:sz="4" w:space="0" w:color="003B5C"/>
              <w:bottom w:val="single" w:sz="4" w:space="0" w:color="003B5C"/>
              <w:right w:val="single" w:sz="4" w:space="0" w:color="003B5C"/>
            </w:tcBorders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3552B20F" w14:textId="77777777" w:rsidR="004D29CB" w:rsidRDefault="00000000">
            <w:r>
              <w:rPr>
                <w:b/>
              </w:rPr>
              <w:t>12 noon, Friday 13 November 2026</w:t>
            </w:r>
          </w:p>
        </w:tc>
      </w:tr>
      <w:tr w:rsidR="004D29CB" w14:paraId="36FAF252" w14:textId="77777777">
        <w:trPr>
          <w:cantSplit/>
          <w:jc w:val="center"/>
        </w:trPr>
        <w:tc>
          <w:tcPr>
            <w:tcW w:w="3200" w:type="dxa"/>
            <w:tcBorders>
              <w:top w:val="single" w:sz="4" w:space="0" w:color="003B5C"/>
              <w:left w:val="single" w:sz="4" w:space="0" w:color="003B5C"/>
              <w:bottom w:val="single" w:sz="4" w:space="0" w:color="003B5C"/>
              <w:right w:val="single" w:sz="4" w:space="0" w:color="003B5C"/>
            </w:tcBorders>
            <w:shd w:val="clear" w:color="auto" w:fill="003B5C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6EC3B4A0" w14:textId="77777777" w:rsidR="004D29CB" w:rsidRDefault="00000000">
            <w:r>
              <w:rPr>
                <w:b/>
                <w:color w:val="FFFFFF"/>
              </w:rPr>
              <w:t>AGM endorsement</w:t>
            </w:r>
          </w:p>
        </w:tc>
        <w:tc>
          <w:tcPr>
            <w:tcW w:w="6800" w:type="dxa"/>
            <w:tcBorders>
              <w:top w:val="single" w:sz="4" w:space="0" w:color="003B5C"/>
              <w:left w:val="single" w:sz="4" w:space="0" w:color="003B5C"/>
              <w:bottom w:val="single" w:sz="4" w:space="0" w:color="003B5C"/>
              <w:right w:val="single" w:sz="4" w:space="0" w:color="003B5C"/>
            </w:tcBorders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5A9D561B" w14:textId="77777777" w:rsidR="004D29CB" w:rsidRDefault="00000000">
            <w:r>
              <w:rPr>
                <w:b/>
              </w:rPr>
              <w:t>Saturday 21 November 2026</w:t>
            </w:r>
          </w:p>
        </w:tc>
      </w:tr>
    </w:tbl>
    <w:p w14:paraId="72A3D3EC" w14:textId="77777777" w:rsidR="004D29CB" w:rsidRDefault="004D29CB">
      <w:pPr>
        <w:spacing w:after="0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0368"/>
      </w:tblGrid>
      <w:tr w:rsidR="004D29CB" w14:paraId="69F47992" w14:textId="77777777" w:rsidTr="42C2353E">
        <w:tc>
          <w:tcPr>
            <w:tcW w:w="10368" w:type="dxa"/>
            <w:shd w:val="clear" w:color="auto" w:fill="003B5C"/>
            <w:tcMar>
              <w:top w:w="140" w:type="dxa"/>
              <w:left w:w="170" w:type="dxa"/>
              <w:bottom w:w="140" w:type="dxa"/>
              <w:right w:w="170" w:type="dxa"/>
            </w:tcMar>
          </w:tcPr>
          <w:p w14:paraId="53764573" w14:textId="77777777" w:rsidR="004D29CB" w:rsidRDefault="42C2353E" w:rsidP="42C2353E">
            <w:pPr>
              <w:spacing w:after="40"/>
              <w:jc w:val="center"/>
              <w:rPr>
                <w:b/>
                <w:bCs/>
                <w:color w:val="FFFFFF" w:themeColor="background1"/>
                <w:szCs w:val="18"/>
              </w:rPr>
            </w:pPr>
            <w:r w:rsidRPr="42C2353E">
              <w:rPr>
                <w:b/>
                <w:bCs/>
                <w:color w:val="FFFFFF" w:themeColor="background1"/>
                <w:szCs w:val="18"/>
              </w:rPr>
              <w:t>EMAIL COMPLETED NOMINATIONS TO</w:t>
            </w:r>
          </w:p>
          <w:p w14:paraId="7AAF71DB" w14:textId="77777777" w:rsidR="004D29CB" w:rsidRDefault="42C2353E" w:rsidP="42C2353E">
            <w:pPr>
              <w:spacing w:after="0"/>
              <w:jc w:val="center"/>
              <w:rPr>
                <w:b/>
                <w:bCs/>
                <w:color w:val="FFFFFF" w:themeColor="background1"/>
                <w:sz w:val="26"/>
                <w:szCs w:val="26"/>
              </w:rPr>
            </w:pPr>
            <w:r w:rsidRPr="42C2353E">
              <w:rPr>
                <w:b/>
                <w:bCs/>
                <w:color w:val="FFFFFF" w:themeColor="background1"/>
                <w:sz w:val="26"/>
                <w:szCs w:val="26"/>
              </w:rPr>
              <w:t>SouthwestWA@ausimm.com</w:t>
            </w:r>
          </w:p>
        </w:tc>
      </w:tr>
    </w:tbl>
    <w:p w14:paraId="64448046" w14:textId="77777777" w:rsidR="00874D14" w:rsidRDefault="00874D14"/>
    <w:sectPr w:rsidR="00874D14" w:rsidSect="00034616">
      <w:headerReference w:type="default" r:id="rId9"/>
      <w:footerReference w:type="default" r:id="rId10"/>
      <w:pgSz w:w="12240" w:h="15840"/>
      <w:pgMar w:top="691" w:right="936" w:bottom="648" w:left="936" w:header="288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B5300A" w14:textId="77777777" w:rsidR="00874D14" w:rsidRDefault="00874D14">
      <w:pPr>
        <w:spacing w:after="0" w:line="240" w:lineRule="auto"/>
      </w:pPr>
      <w:r>
        <w:separator/>
      </w:r>
    </w:p>
  </w:endnote>
  <w:endnote w:type="continuationSeparator" w:id="0">
    <w:p w14:paraId="3BC76FE4" w14:textId="77777777" w:rsidR="00874D14" w:rsidRDefault="00874D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DejaVu Sans">
    <w:altName w:val="Verdan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061E4C" w14:textId="77777777" w:rsidR="004D29CB" w:rsidRDefault="004D29CB">
    <w:pPr>
      <w:pStyle w:val="Footer"/>
    </w:pPr>
  </w:p>
  <w:tbl>
    <w:tblPr>
      <w:tblW w:w="0" w:type="auto"/>
      <w:tblLayout w:type="fixed"/>
      <w:tblLook w:val="04A0" w:firstRow="1" w:lastRow="0" w:firstColumn="1" w:lastColumn="0" w:noHBand="0" w:noVBand="1"/>
    </w:tblPr>
    <w:tblGrid>
      <w:gridCol w:w="5040"/>
      <w:gridCol w:w="5040"/>
    </w:tblGrid>
    <w:tr w:rsidR="004D29CB" w14:paraId="68B2509F" w14:textId="77777777">
      <w:tc>
        <w:tcPr>
          <w:tcW w:w="5040" w:type="dxa"/>
          <w:tcBorders>
            <w:top w:val="single" w:sz="6" w:space="0" w:color="003B5C"/>
          </w:tcBorders>
          <w:tcMar>
            <w:top w:w="0" w:type="dxa"/>
            <w:left w:w="0" w:type="dxa"/>
            <w:bottom w:w="0" w:type="dxa"/>
            <w:right w:w="0" w:type="dxa"/>
          </w:tcMar>
        </w:tcPr>
        <w:p w14:paraId="53AF6A2A" w14:textId="77777777" w:rsidR="004D29CB" w:rsidRDefault="00000000">
          <w:r>
            <w:rPr>
              <w:sz w:val="16"/>
            </w:rPr>
            <w:t xml:space="preserve">AusIMM </w:t>
          </w:r>
          <w:proofErr w:type="gramStart"/>
          <w:r>
            <w:rPr>
              <w:sz w:val="16"/>
            </w:rPr>
            <w:t>South West</w:t>
          </w:r>
          <w:proofErr w:type="gramEnd"/>
          <w:r>
            <w:rPr>
              <w:sz w:val="16"/>
            </w:rPr>
            <w:t xml:space="preserve"> WA Branch | 2026-27</w:t>
          </w:r>
        </w:p>
      </w:tc>
      <w:tc>
        <w:tcPr>
          <w:tcW w:w="5040" w:type="dxa"/>
          <w:tcBorders>
            <w:top w:val="single" w:sz="6" w:space="0" w:color="003B5C"/>
          </w:tcBorders>
          <w:tcMar>
            <w:top w:w="0" w:type="dxa"/>
            <w:left w:w="0" w:type="dxa"/>
            <w:bottom w:w="0" w:type="dxa"/>
            <w:right w:w="0" w:type="dxa"/>
          </w:tcMar>
        </w:tcPr>
        <w:p w14:paraId="67A7EE31" w14:textId="48C9EA6A" w:rsidR="004D29CB" w:rsidRDefault="00000000">
          <w:pPr>
            <w:jc w:val="right"/>
          </w:pPr>
          <w:r>
            <w:rPr>
              <w:color w:val="5B6770"/>
              <w:sz w:val="16"/>
            </w:rPr>
            <w:t xml:space="preserve">Page </w:t>
          </w:r>
          <w:r>
            <w:fldChar w:fldCharType="begin"/>
          </w:r>
          <w:r>
            <w:instrText>PAGE</w:instrText>
          </w:r>
          <w:r>
            <w:fldChar w:fldCharType="separate"/>
          </w:r>
          <w:r w:rsidR="006F27B7">
            <w:rPr>
              <w:noProof/>
            </w:rPr>
            <w:t>1</w:t>
          </w:r>
          <w:r>
            <w:fldChar w:fldCharType="end"/>
          </w: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D9E5F1" w14:textId="77777777" w:rsidR="00874D14" w:rsidRDefault="00874D14">
      <w:pPr>
        <w:spacing w:after="0" w:line="240" w:lineRule="auto"/>
      </w:pPr>
      <w:r>
        <w:separator/>
      </w:r>
    </w:p>
  </w:footnote>
  <w:footnote w:type="continuationSeparator" w:id="0">
    <w:p w14:paraId="4EA18DED" w14:textId="77777777" w:rsidR="00874D14" w:rsidRDefault="00874D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4A0" w:firstRow="1" w:lastRow="0" w:firstColumn="1" w:lastColumn="0" w:noHBand="0" w:noVBand="1"/>
    </w:tblPr>
    <w:tblGrid/>
    <w:tr w:rsidR="004D29CB" w14:paraId="0F1F38E2" w14:textId="77777777">
      <w:tc>
        <w:tcPr>
          <w:tcW w:w="5200" w:type="dxa"/>
          <w:gridSpan w:val="0"/>
          <w:tcBorders>
            <w:bottom w:val="single" w:sz="12" w:space="0" w:color="003B5C"/>
          </w:tcBorders>
          <w:tcMar>
            <w:top w:w="0" w:type="dxa"/>
            <w:left w:w="0" w:type="dxa"/>
            <w:bottom w:w="0" w:type="dxa"/>
            <w:right w:w="0" w:type="dxa"/>
          </w:tcMar>
        </w:tcPr>
        <w:p w14:paraId="0E48020D" w14:textId="77777777" w:rsidR="006F27B7" w:rsidRDefault="006F27B7">
          <w:pPr>
            <w:pStyle w:val="Header"/>
          </w:pPr>
          <w:sdt>
            <w:sdtPr>
              <w:id w:val="968752352"/>
              <w:placeholder>
                <w:docPart w:val="75621860D33348A6A1EFB6DEF0CA1E9F"/>
              </w:placeholder>
              <w:temporary/>
              <w:showingPlcHdr/>
              <w15:appearance w15:val="hidden"/>
            </w:sdtPr>
            <w:sdtContent>
              <w:r>
                <w:t>[Type here]</w:t>
              </w:r>
            </w:sdtContent>
          </w:sdt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304046664">
    <w:abstractNumId w:val="8"/>
  </w:num>
  <w:num w:numId="2" w16cid:durableId="594946822">
    <w:abstractNumId w:val="6"/>
  </w:num>
  <w:num w:numId="3" w16cid:durableId="1228765218">
    <w:abstractNumId w:val="5"/>
  </w:num>
  <w:num w:numId="4" w16cid:durableId="1527601542">
    <w:abstractNumId w:val="4"/>
  </w:num>
  <w:num w:numId="5" w16cid:durableId="1571845352">
    <w:abstractNumId w:val="7"/>
  </w:num>
  <w:num w:numId="6" w16cid:durableId="1674799997">
    <w:abstractNumId w:val="3"/>
  </w:num>
  <w:num w:numId="7" w16cid:durableId="616062593">
    <w:abstractNumId w:val="2"/>
  </w:num>
  <w:num w:numId="8" w16cid:durableId="301544608">
    <w:abstractNumId w:val="1"/>
  </w:num>
  <w:num w:numId="9" w16cid:durableId="7891293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053AC"/>
    <w:rsid w:val="0029639D"/>
    <w:rsid w:val="00326F90"/>
    <w:rsid w:val="004C3028"/>
    <w:rsid w:val="004D29CB"/>
    <w:rsid w:val="006F27B7"/>
    <w:rsid w:val="00874D14"/>
    <w:rsid w:val="009A10B3"/>
    <w:rsid w:val="00AA1D8D"/>
    <w:rsid w:val="00B47730"/>
    <w:rsid w:val="00C705A0"/>
    <w:rsid w:val="00CB0664"/>
    <w:rsid w:val="00E17F45"/>
    <w:rsid w:val="00FC693F"/>
    <w:rsid w:val="42C23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4062061"/>
  <w14:defaultImageDpi w14:val="300"/>
  <w15:docId w15:val="{CC0351B6-0148-4117-AB8C-50DF5AAA77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after="100" w:line="259" w:lineRule="auto"/>
    </w:pPr>
    <w:rPr>
      <w:rFonts w:ascii="Arial" w:hAnsi="Arial"/>
      <w:color w:val="253746"/>
      <w:sz w:val="18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5621860D33348A6A1EFB6DEF0CA1E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AAEC7A-48C7-4BB0-8C06-F7843003A908}"/>
      </w:docPartPr>
      <w:docPartBody>
        <w:p w:rsidR="00000000" w:rsidRDefault="00513068" w:rsidP="00513068">
          <w:pPr>
            <w:pStyle w:val="75621860D33348A6A1EFB6DEF0CA1E9F"/>
          </w:pPr>
          <w:r>
            <w:t>[Type here]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DejaVu Sans">
    <w:altName w:val="Verdana"/>
    <w:panose1 w:val="00000000000000000000"/>
    <w:charset w:val="00"/>
    <w:family w:val="roman"/>
    <w:notTrueType/>
    <w:pitch w:val="default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3068"/>
    <w:rsid w:val="00513068"/>
    <w:rsid w:val="008839D4"/>
    <w:rsid w:val="00C70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AU" w:eastAsia="en-AU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75621860D33348A6A1EFB6DEF0CA1E9F">
    <w:name w:val="75621860D33348A6A1EFB6DEF0CA1E9F"/>
    <w:rsid w:val="0051306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210</Words>
  <Characters>1262</Characters>
  <Application>Microsoft Office Word</Application>
  <DocSecurity>0</DocSecurity>
  <Lines>70</Lines>
  <Paragraphs>58</Paragraphs>
  <ScaleCrop>false</ScaleCrop>
  <Manager/>
  <Company/>
  <LinksUpToDate>false</LinksUpToDate>
  <CharactersWithSpaces>1414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South West WA Branch Committee Nomination Form 2026-27</dc:title>
  <dc:subject>November 2026 Annual General Meeting nomination form</dc:subject>
  <dc:creator>Shannon Bell</dc:creator>
  <cp:keywords/>
  <dc:description>generated by python-docx</dc:description>
  <cp:lastModifiedBy>Shannon Bell</cp:lastModifiedBy>
  <cp:revision>7</cp:revision>
  <dcterms:created xsi:type="dcterms:W3CDTF">2026-09-10T03:35:00Z</dcterms:created>
  <dcterms:modified xsi:type="dcterms:W3CDTF">2026-09-10T03:46:00Z</dcterms:modified>
  <cp:category/>
</cp:coreProperties>
</file>